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Video Storyboard Template</w:t>
      </w:r>
    </w:p>
    <w:p>
      <w:r>
        <w:rPr>
          <w:color w:val="5C6470"/>
          <w:sz w:val="18"/>
        </w:rPr>
        <w:t>Project ______________   Client ______________   Date __________   Page ___ of 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1</w:t>
            </w:r>
          </w:p>
          <w:p/>
          <w:p/>
          <w:p/>
          <w:p/>
          <w:p/>
          <w:p/>
          <w:p/>
          <w:p/>
          <w:p/>
        </w:tc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2</w:t>
            </w:r>
          </w:p>
          <w:p/>
          <w:p/>
          <w:p/>
          <w:p/>
          <w:p/>
          <w:p/>
          <w:p/>
          <w:p/>
          <w:p/>
        </w:tc>
      </w:tr>
      <w:tr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WHAT'S ON SCREEN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DURATION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WHAT'S ON SCREEN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DURATION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</w:tr>
      <w:tr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3</w:t>
            </w:r>
          </w:p>
          <w:p/>
          <w:p/>
          <w:p/>
          <w:p/>
          <w:p/>
          <w:p/>
          <w:p/>
          <w:p/>
          <w:p/>
        </w:tc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4</w:t>
            </w:r>
          </w:p>
          <w:p/>
          <w:p/>
          <w:p/>
          <w:p/>
          <w:p/>
          <w:p/>
          <w:p/>
          <w:p/>
          <w:p/>
        </w:tc>
      </w:tr>
      <w:tr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WHAT'S ON SCREEN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DURATION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WHAT'S ON SCREEN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DURATION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</w:tr>
      <w:tr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5</w:t>
            </w:r>
          </w:p>
          <w:p/>
          <w:p/>
          <w:p/>
          <w:p/>
          <w:p/>
          <w:p/>
          <w:p/>
          <w:p/>
          <w:p/>
        </w:tc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6</w:t>
            </w:r>
          </w:p>
          <w:p/>
          <w:p/>
          <w:p/>
          <w:p/>
          <w:p/>
          <w:p/>
          <w:p/>
          <w:p/>
          <w:p/>
        </w:tc>
      </w:tr>
      <w:tr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WHAT'S ON SCREEN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DURATION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WHAT'S ON SCREEN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DURATION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</w:tr>
    </w:tbl>
    <w:p>
      <w:r>
        <w:rPr>
          <w:color w:val="8A919C"/>
          <w:sz w:val="15"/>
        </w:rPr>
        <w:t>Free storyboard template from Motifmotion  ·  motifmotion.com/storyboard-template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